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עיור ומטרופולין</w:t>
      </w:r>
    </w:p>
    <w:p>
      <w:pPr>
        <w:bidi w:val="1"/>
        <w:spacing w:after="8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🏆 מתקדם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עיר שגדלה לאט ועיר שגדלה מהר מדי – ואיך נולד מטרופולין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תהליך שבו חלק הולך וגדל מהאוכלוסייה עובר לגור בערים.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כ-55% מתושבי העולם גרו בערים ב-2018.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 יתר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מצב שבו העיר גדלה מהר יותר מיכולתה לספק דיור, תשתיות ושירותים לתושביה.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שכונות בלי מים וביוב בשולי עיר ענק.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עוני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צפופה של בתים מאולתרים, בדרך כלל בשולי העיר, עם מחסור במים, ביוב וחשמל.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בתים מפח על מדרון תלול.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פירוור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מעבר של משפחות מהעיר הצפופה אל הפרוורים בשוליה, ונסיעה יומית לעבודה בעיר.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שעוברת ליישוב ירוק ליד העיר.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עירוני גדול: עיר מרכזית ומסביבה ערי לוויין וערי שינה הקשורות אליה בעבודה ובתחבורה.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 תל אביב.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שינה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שרבים מתושביו עובדים בעיר המרכזית וחוזרים אליו בעיקר לישון.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שמתרוקן בבוקר וחוזר בערב.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יוממות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נסיעה יומית הלוך ושוב בין מקום המגורים למקום העבודה, לעיתים בין יישובים שונים.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רכבת בוקר מלאה בנוסעים לעיר.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פיתוח בר-קיימא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פיתוח שעונה על צורכי ההווה בלי לפגוע ביכולת הדורות הבאים לענות על צורכיהם.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תחבורה ציבורית יעילה ופארקים ירוקים.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שני מסלולים של עיור ומטרופולין אחד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העיור הוא אחד התהליכים המכוננים של עידננו: בשנת 2018 כ-55% מתושבי העולם היו עירוניים, וההערכה היא שעד 2050 יגיע השיעור לכ-68%. אולם מאחורי המספר העולמי מסתתרים שני מסלולים שונים לחלוטין, שההבדל ביניהם נובע מקצב הגידול ומהיכולת של העיר לקלוט את הבאים אליה.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במדינות המפותחות העיור התרחש בהדרגה, לאורך יותר ממאה שנה, במקביל לתיעוש. היום הוא מתון, ולעיתים מתאפיין דווקא בתנועה החוצה: פירוור – מעבר משפחות מהעיר הצפופה לפרוורים מרווחים – בשילוב יוממות לעבודה במרכז. התכנון מקדים את הבנייה: תכנית מתאר, תשתיות מים וביוב ותחבורה. ערים רבות מאמצות עקרונות של פיתוח בר-קיימא – תחבורה ציבורית, בנייה ירוקה ושימור שטחים פתוחים.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במדינות פחות מפותחות העיור מהיר ו״דחוס בזמן״. גורמי דחיפה בכפר – עוני, מחסור בקרקע ובעבודה – וגורמי משיכה בעיר – עבודה, בריאות, חינוך – מביאים זרם עצום של מהגרים. כשהגידול עולה על היכולת לספק דיור ותשתיות נוצר עיור יתר: שכונות עוני צומחות בשוליים ועל מדרונות תלולים, מערכות המים, הביוב, פינוי האשפה והתחבורה קורסות, ורבים מתפרנסים בעבודה לא רשמית.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המטרופולין הוא השלב שבו עיר גדולה מתפשטת ונבלעת עם היישובים שסביבה. אפשר לתאר אותו במודל טבעתי: במרכז העיר הראשית עם המע״ר, סביבה טבעת של שכונות ותיקות, אחריה טבעת של פרוורים, ובחוץ ערי לוויין וערי שינה. תחבורה היא ״המנוע״ של המודל: כל כביש מהיר או קו רכבת חדש מקצר זמני נסיעה ומאפשר למטרופולין להתרחב החוצה.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מקרה בוחן: שתי ערים בברזיל. בריו דה ז׳נרו גדלו שכונות עוני על מדרונות ההרים לצד שכונות אמידות לאורך החוף – תמונה חדה של פערים ושל עיור יתר. בקוריטיבה, לעומת זאת, נבחרה כבר בשנות השבעים דרך של תכנון בר-קיימא: נתיבים ייעודיים לאוטובוסים מהירים, פארקים שמשמשים גם לספיגת מי שיטפונות, ותכנית שבה תושבי שכונות עניות מחליפים אשפה ממוינת במזון ובכרטיסי נסיעה. ההשוואה מראה שאותה מדינה יכולה להוליד שני מסלולים עירוניים – לפי ההחלטות שמתקבלות.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עיור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מצב שבו העיר גדלה מהר יותר מיכולתה לספק דיור, תשתיות ושירותים לתושביה.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עיור יתר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נסיעה יומית הלוך ושוב בין מקום המגורים למקום העבודה, לעיתים בין יישובים שונים.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שכונת עוני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יישוב שרבים מתושביו עובדים בעיר המרכזית וחוזרים אליו בעיקר לישון.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פירוור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מעבר של משפחות מהעיר הצפופה אל הפרוורים בשוליה, ונסיעה יומית לעבודה בעיר.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מטרופולין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שכונה צפופה של בתים מאולתרים, בדרך כלל בשולי העיר, עם מחסור במים, ביוב וחשמל.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עיר שינה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אזור עירוני גדול: עיר מרכזית ומסביבה ערי לוויין וערי שינה הקשורות אליה בעבודה ובתחבורה.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יוממות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ז. תהליך שבו חלק הולך וגדל מהאוכלוסייה עובר לגור בערים.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פיתוח בר-קיימא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ח. פיתוח שעונה על צורכי ההווה בלי לפגוע ביכולת הדורות הבאים לענות על צורכיהם.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תחבורה ציבורית יעילה ופארקים ירוקים.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רכבת בוקר מלאה בנוסעים לעיר.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יישוב שמתרוקן בבוקר וחוזר בערב.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מטרופולין תל אביב. – זו דוגמה ל־______________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פירוש ״עיור דחוס בזמן״?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עיור שהתרחש בתוך עשורים ספורים ולא במאה שנה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עיור שנעצר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עיור שמתרחש רק בלילה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עיור במדינות קטנות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לפי המודל הטבעתי, היכן נמצאות ערי השינה?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במרכז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בטבעת השכונות הוותיקות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במע״ר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בטבעת החיצונית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מדוע הקטע מכנה את התחבורה ״המנוע״ של המטרופולין?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היא מזהמת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כל קו חדש מקצר זמני נסיעה ומאפשר התרחבות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היא מקטינה את העיר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היא מונעת פירוור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איזה פתרון בקוריטיבה שילב בין סביבה לחברה?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בניית כבישים מהירים בלבד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הריסת שכונות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החלפת אשפה ממוינת במזון ובכרטיסי נסיעה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איסור על אוטובוסים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המסקנה מההשוואה בין ריו דה ז׳נרו לקוריטיבה?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החלטות תכנון יכולות לקבוע את מסלול העיור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כל ערי ברזיל זהות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אקלים קובע הכול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גודל העיר קובע הכול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במדינות מפותחות העיור התרחש במקביל לתיעוש.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פארקים בקוריטיבה משמשים גם לספיגת מי שיטפונות.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עיור יתר מתרחש כשהעיר מספקת יותר שירותים ממה שצריך.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בריו דה ז׳נרו שכונות העוני והשכונות האמידות רחוקות מאוד זו מזו.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הציגו שרשרת סיבה ותוצאה: מבצורת בכפר ועד קריסת מערכת הביוב בעיר גדולה.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האם המטרופולין הוא פתרון טוב לגידול העירוני? כתבו טיעון בן שני צדדים והכריעו.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מצד אחד... מצד שני... לדעתי...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השוו בין ריו דה ז׳נרו לקוריטיבה: אילו בעיות בלטו בכל עיר ואילו פתרונות נבחרו?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  <w:shd w:val="clear" w:color="auto" w:fill="FFF8DC"/>
      </w:pPr>
      <w:r>
        <w:rPr>
          <w:rFonts w:ascii="Assistant" w:hAnsi="Assistant" w:cs="Assistant"/>
          <w:b/>
          <w:color w:val="9A6B00"/>
          <w:sz w:val="26"/>
          <w:rtl w:val="1"/>
          <w:bCs/>
          <w:szCs w:val="26"/>
        </w:rPr>
        <w:t>🏆 אתגר חוקרים</w:t>
      </w:r>
    </w:p>
    <w:p>
      <w:pPr>
        <w:bidi w:val="1"/>
        <w:spacing w:after="80"/>
        <w:jc w:val="right"/>
        <w:shd w:val="clear" w:color="auto" w:fill="FFF8DC"/>
      </w:pPr>
      <w:r>
        <w:rPr>
          <w:rFonts w:ascii="Assistant" w:hAnsi="Assistant" w:cs="Assistant"/>
          <w:b w:val="0"/>
          <w:sz w:val="23"/>
          <w:rtl w:val="1"/>
          <w:szCs w:val="23"/>
        </w:rPr>
        <w:t>תכננו ״מטרופולין בר-קיימא״ דמיוני על דף: שרטטו עיר מרכזית וארבע ערי לוויין, הוסיפו קווי תחבורה ציבורית, פארקים ואזורי תעסוקה. כתבו שלושה עקרונות שבזכותם המטרופולין יקטין יוממות ארוכה וזיהום.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עיור ומטרופולין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כתבו שני הבדלים בין שני מסלולי העיור.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תארו במשפט את המודל הטבעתי.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למדתם ממקרה קוריטיבה?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עיור ומטרופולין – חוברת תלמיד – מתקדם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