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עיור ומטרופולין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עיר שגדלה לאט ועיר שגדלה מהר מדי – ואיך נולד מטרופולין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יותר ויותר אנשים עוברים לעיר.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כ-55% מתושבי העולם גרו בערים ב-2018.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עיור יתר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העיר גדלה מהר מדי.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שכונות בלי מים וביוב בשולי עיר ענק.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עוני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שכונה ענייה עם בתים מאולתרים.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בתים מפח על מדרון תלול.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פירוור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עוברים מהעיר לשכונות שקטות סביבה.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שעוברת ליישוב ירוק ליד העיר.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גדולה עם הערים שסביבה.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מטרופולין תל אביב.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שינה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שבאים אליה בעיקר לישון.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יישוב שמתרוקן בבוקר וחוזר בערב.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יוממות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נוסעים כל יום לעבודה וחוזרים.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רכבת בוקר מלאה בנוסעים לעיר.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פיתוח בר-קיימא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לבנות היום ולשמור גם למחר.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תחבורה ציבורית יעילה ופארקים ירוקים.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ערים שגדלות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יותר ויותר אנשים עוברים לגור בעיר. היום יותר ממחצית האנשים בעולם גרים בערים. אבל לא כל הערים גדלות באותו קצב.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במדינות עשירות הערים גדלות לאט. קודם מתכננים, ואחר כך בונים. במדינות עניות הרבה אנשים באים לעיר מהר. אין מספיק בתים, ולכן בונים בתים מאולתרים בשולי העיר.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כשעיר גדלה מאוד, היא מתחברת לערים שסביבה. כך נוצר מטרופולין. הרבה אנשים גרים בעיר קטנה ונוסעים כל יום לעבוד בעיר הגדולה.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העיר גדלה מהר מדי.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עיור יתר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עיר גדולה עם הערים שסביבה.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שכונת עוני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יותר ויותר אנשים עוברים לעיר.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פירוור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עוברים מהעיר לשכונות שקטות סביבה.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מטרופולין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שכונה ענייה עם בתים מאולתרים.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יוממות   ·   פיתוח בר-קיימא   ·   עיר שינה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תחבורה ציבורית יעילה ופארקים ירוקים.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רכבת בוקר מלאה בנוסעים לעיר.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יישוב שמתרוקן בבוקר וחוזר בערב.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איפה גרים היום יותר ממחצית האנשים בעולם?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בכפרים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בערים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ביערות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על איים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איך גדלות הערים במדינות עשירות?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לאט ועם תכנון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מהר ובלי תכנון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הן לא גדלות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בלילה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קורה כשאין מספיק בתים בעיר שגדלה מהר?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כולם עוזבים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בונים טירות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בונים בתים מאולתרים בשולי העיר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מגדלים חיטה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מה זה מטרופולין?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כפר קטן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אי בים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פארק גדול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עיר גדולה עם הערים שסביבה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מה עושים אנשים שגרים בעיר קטנה ליד עיר גדולה?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נוסעים לעבוד בעיר הגדולה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לא עובדים בכלל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עובדים רק בשדה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טסים לחו״ל כל יום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כל הערים בעולם גדלות באותו קצב.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בשכונות עוני חסרים לפעמים מים וביוב.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רכבות וכבישים עוזרים לאנשים לנסוע לעבודה בעיר.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במדינות עשירות בונים קודם ואחר כך חושבים.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צריך כל בית בעיר כדי שיהיה טוב לגור בו? כתבו שני דברים.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כל בית צריך... וגם...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האם מישהו במשפחה שלכם נוסע כל יום לעבודה בעיר אחרת? איך הוא נוסע?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... נוסע או נוסעת ל... ב...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עיור ומטרופולין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 זה עיור?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למה נבנות שכונות עוני?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זה מטרופולין?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עיור ומטרופולין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