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עיור ומטרופולין</w:t>
      </w:r>
    </w:p>
    <w:p>
      <w:pPr>
        <w:bidi w:val="1"/>
        <w:spacing w:after="8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🚀 ז׳ רגיל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עיר שגדלה לאט ועיר שגדלה מהר מדי – ואיך נולד מטרופולין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תהליך שבו חלק הולך וגדל מהאוכלוסייה עובר לגור בערים.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כ-55% מתושבי העולם גרו בערים ב-2018.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 יתר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מצב שבו העיר גדלה מהר יותר מיכולתה לספק דיור, תשתיות ושירותים לתושביה.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שכונות בלי מים וביוב בשולי עיר ענק.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עוני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צפופה של בתים מאולתרים, בדרך כלל בשולי העיר, עם מחסור במים, ביוב וחשמל.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בתים מפח על מדרון תלול.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פירוור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מעבר של משפחות מהעיר הצפופה אל הפרוורים בשוליה, ונסיעה יומית לעבודה בעיר.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שעוברת ליישוב ירוק ליד העיר.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עירוני גדול: עיר מרכזית ומסביבה ערי לוויין וערי שינה הקשורות אליה בעבודה ובתחבורה.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 תל אביב.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שינה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שרבים מתושביו עובדים בעיר המרכזית וחוזרים אליו בעיקר לישון.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שמתרוקן בבוקר וחוזר בערב.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יוממות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נסיעה יומית הלוך ושוב בין מקום המגורים למקום העבודה, לעיתים בין יישובים שונים.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רכבת בוקר מלאה בנוסעים לעיר.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פיתוח בר-קיימא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פיתוח שעונה על צורכי ההווה בלי לפגוע ביכולת הדורות הבאים לענות על צורכיהם.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תחבורה ציבורית יעילה ופארקים ירוקים.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ערים שגדלות – כל אחת בדרכה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עיור הוא תהליך שבו חלק הולך וגדל מהאוכלוסייה עובר לגור בערים. בשנת 2018 גרו בערים כ-55% מתושבי העולם, וההערכה היא שעד 2050 השיעור יגיע לכ-68%. אבל הקצב, הסיבות והתוצאות שונים מאוד בין מדינות מפותחות למדינות פחות מפותחות.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ברוב המדינות המפותחות העיור התרחש בהדרגה, לאורך יותר ממאה שנה, והיום הוא מתון. לפני שבונים שכונה מכינים תכנית מתאר, מניחים צינורות מים וביוב וסוללים כבישים. משפחות רבות עוברות לפרוורים – פירוור – ונוסעות כל בוקר לעבודה בעיר. יותר ערים פועלות לפי עקרונות של פיתוח בר-קיימא.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במדינות פחות מפותחות רבים מהגרים מהכפר לעיר בתקווה לעבודה, לבריאות ולחינוך. העיר גדלה מהר מיכולתה לספק – עיור יתר. אין די דירות, ובשוליים ועל מדרונות תלולים צומחות שכונות עוני של בתים מאולתרים. מערכות המים, הביוב, האשפה והתחבורה קורסות תחת העומס.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כשעיר גדלה מאוד היא מתפשטת ומתחברת ליישובים סביבה, ונוצר מטרופולין: עיר מרכזית עם מקומות עבודה ושירותים, ומסביבה ערי לוויין וערי שינה. כבישים מהירים ורכבות מאפשרים יוממות – נסיעה יומית בין הבית לעבודה – וככל שהתחבורה משתפרת המטרופולין מתרחב, כמו מטרופולין תל אביב ומטרופולין לונדון.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עיור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תהליך שבו חלק הולך וגדל מהאוכלוסייה עובר לגור בערים.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עיור יתר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אזור עירוני גדול: עיר מרכזית ומסביבה ערי לוויין וערי שינה הקשורות אליה בעבודה ובתחבורה.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שכונת עוני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מצב שבו העיר גדלה מהר יותר מיכולתה לספק דיור, תשתיות ושירותים לתושביה.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פירוור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יישוב שרבים מתושביו עובדים בעיר המרכזית וחוזרים אליו בעיקר לישון.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מטרופולין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שכונה צפופה של בתים מאולתרים, בדרך כלל בשולי העיר, עם מחסור במים, ביוב וחשמל.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עיר שינה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מעבר של משפחות מהעיר הצפופה אל הפרוורים בשוליה, ונסיעה יומית לעבודה בעיר.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F6FDE"/>
          <w:sz w:val="23"/>
          <w:rtl w:val="1"/>
          <w:bCs/>
          <w:szCs w:val="23"/>
        </w:rPr>
        <w:t>מחסן מילים: מטרופולין   ·   עיר שינה   ·   יוממות   ·   פיתוח בר-קיימא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תחבורה ציבורית יעילה ופארקים ירוקים.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רכבת בוקר מלאה בנוסעים לעיר.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יישוב שמתרוקן בבוקר וחוזר בערב.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מטרופולין תל אביב. – זו דוגמה ל־______________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מהו עיור יתר?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עיר שגדלה לאט מאוד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מעבר מהעיר לכפר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עיר שגדלה מהר מיכולתה לספק דיור ושירותים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עיר עם הרבה פארקים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מאפיין את העיור במדינות מפותחות היום?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עיור מתון עם תכנון ופירוור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גידול מהיר מאוד ושכונות עוני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נטישת כל הערים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היעדר תחבורה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מהי עיר שינה?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עיר שבה ישנים ביום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עיר שאין בה בתים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עיר בלי תאורה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יישוב שתושביו עובדים בעיר המרכזית וחוזרים לישון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הקשר בין תחבורה להתרחבות המטרופולין?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תחבורה טובה מאפשרת לגור רחוק יותר ולנסוע לעבודה, והמטרופולין מתרחב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אין קשר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תחבורה מקטינה את המטרופולין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תחבורה מונעת יוממות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לפי ההערכה, איזה אחוז מתושבי העולם יגורו בערים ב-2050?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כ-25%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כ-68%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כ-40%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כ-99%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במדינות מפותחות העיור התרחש בהדרגה לאורך יותר ממאה שנה.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שכונות עוני צומחות בעיקר במרכזי ערים מתוכננות במדינות מפותחות.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יוממות היא נסיעה יומית בין הבית לעבודה.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פיתוח בר-קיימא מתעלם מהדורות הבאים.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השוו בין העיור במדינה מפותחת לעיור במדינה פחות מפותחת לפי שלושה תבחינים: קצב, תכנון ותוצאות.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הסבירו מה הן ״קריסת מערכות עירוניות״ ותנו שתי דוגמאות.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תארו את המטרופולין הקרוב אליכם: מהי העיר המרכזית ואילו יישובים קשורים אליה?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העיר המרכזית היא... סביבה...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עיור ומטרופולין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מהו עיור יתר?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 ההבדל בין עיר לוויין לעיר המרכזית?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מהי יוממות?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עיור ומטרופולין – חוברת תלמיד – ז׳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