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0"/>
        <w:jc w:val="right"/>
        <w:shd w:val="clear" w:color="auto" w:fill="2e9d5b"/>
      </w:pPr>
      <w:r>
        <w:rPr>
          <w:rFonts w:ascii="Assistant" w:hAnsi="Assistant" w:cs="Assistant"/>
          <w:b w:val="0"/>
          <w:color w:val="FFFFFF"/>
          <w:sz w:val="20"/>
          <w:rtl w:val="1"/>
          <w:szCs w:val="20"/>
        </w:rPr>
        <w:t>כפר עולמי · יחידה 5: יישובים כפריים ועירוניים · חוברת קטנה</w:t>
      </w:r>
    </w:p>
    <w:p>
      <w:pPr>
        <w:pStyle w:val="Title"/>
        <w:bidi w:val="1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52"/>
          <w:rtl w:val="1"/>
          <w:bCs/>
          <w:szCs w:val="52"/>
        </w:rPr>
        <w:t xml:space="preserve">  ערי עולם</w:t>
      </w:r>
    </w:p>
    <w:p>
      <w:pPr>
        <w:bidi w:val="1"/>
        <w:spacing w:after="8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26"/>
          <w:rtl w:val="1"/>
          <w:bCs/>
          <w:szCs w:val="26"/>
        </w:rPr>
        <w:t xml:space="preserve">  חוברת תלמיד · 🌱 בסיסי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405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ty-doc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5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8"/>
          <w:rtl w:val="1"/>
          <w:bCs/>
          <w:szCs w:val="28"/>
        </w:rPr>
        <w:t>ערים שמחליטות על העולם כולו – מה הופך עיר לעיר עולם?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שם: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כיתה:</w:t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תאריך:</w:t>
            </w:r>
          </w:p>
        </w:tc>
      </w:tr>
      <w:tr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326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80"/>
        <w:jc w:val="right"/>
        <w:shd w:val="clear" w:color="auto" w:fill="F4F5F9"/>
      </w:pPr>
      <w:r>
        <w:rPr>
          <w:rFonts w:ascii="Assistant" w:hAnsi="Assistant" w:cs="Assistant"/>
          <w:b w:val="0"/>
          <w:sz w:val="21"/>
          <w:rtl w:val="1"/>
          <w:szCs w:val="21"/>
        </w:rPr>
        <w:t>מה בחוברת? מושגי מפתח · קוראים · חלק א׳ – מתרגלים מושגים · חלק ב׳ – בודקים הבנה · חלק ג׳ – חושבים כמו גאוגרפים · כרטיס יציאה ✂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19"/>
          <w:rtl w:val="1"/>
          <w:szCs w:val="19"/>
        </w:rPr>
        <w:t>משחקים לשיעור באתר: https://geo-z-chovrot-tiny.sites.tab.bot/</w:t>
      </w:r>
    </w:p>
    <w:p>
      <w:r>
        <w:br w:type="page"/>
      </w:r>
    </w:p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🔑 מושגי מפתח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קראו את המושגים. נשתמש בהם בכל החוברת.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198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5102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הסבר</w:t>
            </w:r>
          </w:p>
        </w:tc>
        <w:tc>
          <w:tcPr>
            <w:tcW w:type="dxa" w:w="2835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דוגמה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עולם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עיר שמחוברת לכל העולם ומשפיעה עליו.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לונדון, ניו יורק וטוקיו.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גלובליזציה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העולם מחובר כמו כפר אחד.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מוצר שמתוכנן במדינה אחת ומיוצר באחרת.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חברה רב-לאומית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חברה שיש לה סניפים בהרבה מדינות.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הנהלה בעיר עולם וסניפים בעשרות ארצות.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מדדי עיר עולם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דברים שבודקים כדי לדרג עיר.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מספר הטיסות הבין-לאומיות מהעיר.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מבנה פעמון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בניינים גבוהים במרכז ונמוכים בשוליים.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מגדלים במרכז העיר ובתים נמוכים בשוליים.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בידול מרחבי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עשירים ועניים גרים בשכונות נפרדות.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שכונת יוקרה ליד שכונה צפופה וענייה.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עולמקומיות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משהו עולמי עם טעם מקומי.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רשת מזון מהיר שמגישה מנה מקומית.</w:t>
            </w:r>
          </w:p>
        </w:tc>
      </w:tr>
      <w:tr>
        <w:tc>
          <w:tcPr>
            <w:tcW w:type="dxa" w:w="198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רקיע</w:t>
            </w:r>
          </w:p>
        </w:tc>
        <w:tc>
          <w:tcPr>
            <w:tcW w:type="dxa" w:w="5102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צורת הבניינים על רקע השמיים.</w:t>
            </w:r>
          </w:p>
        </w:tc>
        <w:tc>
          <w:tcPr>
            <w:tcW w:type="dxa" w:w="2835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קו המגדלים של תל אביב מהים.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2e9d5b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📖 קוראים  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ערים שמחברות את העולם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יש ערים שמחוברות לכל העולם. מהן יוצאות החלטות, כסף ורעיונות. קוראים להן ערי עולם. לונדון וניו יורק הן ערי עולם.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בערי עולם יש משרדים של חברות גדולות. יש שדה תעופה גדול עם טיסות לכל מקום. במרכז העיר יש מגדלים גבוהים מאוד. רחוק מהמרכז הבניינים נמוכים יותר.</w:t>
      </w:r>
    </w:p>
    <w:p>
      <w:pPr>
        <w:bidi w:val="1"/>
        <w:spacing w:after="1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בערי עולם גרים עשירים וגם עניים. לפעמים הם גרים בשכונות נפרדות. בערי עולם יש דברים מכל העולם. אבל כל עיר שומרת גם על משהו משלה.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א׳ – מתרגלים מושגים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בחלק הזה נחבר כל מושג להגדרה שלו, ונזהה דוגמאות מהחיים.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התאימו: כתבו בריבוע את האות של ההגדרה המתאימה.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2268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מושג</w:t>
            </w:r>
          </w:p>
        </w:tc>
        <w:tc>
          <w:tcPr>
            <w:tcW w:type="dxa" w:w="85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אות</w:t>
            </w:r>
          </w:p>
        </w:tc>
        <w:tc>
          <w:tcPr>
            <w:tcW w:type="dxa" w:w="6803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הגדרה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עיר עולם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א. העולם מחובר כמו כפר אחד.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גלובליזציה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ב. דברים שבודקים כדי לדרג עיר.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חברה רב-לאומית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ג. חברה שיש לה סניפים בהרבה מדינות.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מדדי עיר עולם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ד. בניינים גבוהים במרכז ונמוכים בשוליים.</w:t>
            </w:r>
          </w:p>
        </w:tc>
      </w:tr>
      <w:tr>
        <w:tc>
          <w:tcPr>
            <w:tcW w:type="dxa" w:w="2268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5. מבנה פעמון</w:t>
            </w:r>
          </w:p>
        </w:tc>
        <w:tc>
          <w:tcPr>
            <w:tcW w:type="dxa" w:w="85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6803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ה. עיר שמחוברת לכל העולם ומשפיעה עליו.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השלימו: לאיזה מושג מתאימה כל דוגמה?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1F9D55"/>
          <w:sz w:val="23"/>
          <w:rtl w:val="1"/>
          <w:bCs/>
          <w:szCs w:val="23"/>
        </w:rPr>
        <w:t>מחסן מילים: קו רקיע   ·   בידול מרחבי   ·   עולמקומיות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קו המגדלים של תל אביב מהים.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רשת מזון מהיר שמגישה מנה מקומית. – זו דוגמה ל־______________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שכונת יוקרה ליד שכונה צפופה וענייה. – זו דוגמה ל־______________</w:t>
      </w:r>
    </w:p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ב׳ – בודקים הבנה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חזרו לקטע הקריאה. הקיפו את התשובה הנכונה, וסמנו נכון או לא נכון.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מה זו עיר עולם?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כפר קטן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עיר שמחוברת לכל העולם ומשפיעה עליו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עיר בלי שדה תעופה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עיר על הירח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מה יש במרכז של עיר עולם?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מגדלים גבוהים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שדות חיטה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רפתות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חולות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3. מה יש בכל עיר עולם?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רק בתים קטנים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רק כפרים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שדה תעופה עם טיסות לכל מקום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רק 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4. איזו מהערים היא עיר עולם?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כפר קטן בהרים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חווה במדבר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מושב קטן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לונדון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5. איפה הבניינים נמוכים יותר בעיר עולם?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א. רחוק מהמרכז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ב. במרכז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ג. על המגדלים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 xml:space="preserve">     ◯ ד. בשדה התעופה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נכון או לא נכון? אם לא נכון – תקנו בשורה.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7370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משפט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נכון</w:t>
            </w:r>
          </w:p>
        </w:tc>
        <w:tc>
          <w:tcPr>
            <w:tcW w:type="dxa" w:w="1134"/>
            <w:shd w:val="clear" w:color="auto" w:fill="e6f7ed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/>
                <w:sz w:val="21"/>
                <w:rtl w:val="1"/>
                <w:bCs/>
                <w:szCs w:val="21"/>
              </w:rPr>
              <w:t>לא נכון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1. בערי עולם גרים רק אנשים עשירים.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2. מערי עולם יוצאות החלטות שמשפיעות על מקומות רחוקים.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3. כל ערי העולם שוכחות לגמרי את התרבות המקומית שלהן.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  <w:tr>
        <w:tc>
          <w:tcPr>
            <w:tcW w:type="dxa" w:w="7370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4. במרכז עיר עולם יש מגדלים גבוהים.</w:t>
              <w:br/>
              <w:t>____________________________________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  <w:tc>
          <w:tcPr>
            <w:tcW w:type="dxa" w:w="1134"/>
          </w:tcPr>
          <w:p>
            <w:pPr>
              <w:bidi w:val="1"/>
              <w:jc w:val="right"/>
            </w:pPr>
            <w:r/>
            <w:r>
              <w:rPr>
                <w:rFonts w:ascii="Assistant" w:hAnsi="Assistant" w:cs="Assistant"/>
                <w:b w:val="0"/>
                <w:sz w:val="21"/>
                <w:rtl w:val="1"/>
                <w:szCs w:val="21"/>
              </w:rPr>
              <w:t>☐</w:t>
            </w:r>
          </w:p>
        </w:tc>
      </w:tr>
    </w:tbl>
    <w:p/>
    <w:p>
      <w:pPr>
        <w:pStyle w:val="Heading1"/>
        <w:bidi w:val="1"/>
        <w:spacing w:before="200"/>
        <w:jc w:val="right"/>
        <w:shd w:val="clear" w:color="auto" w:fill="1f9d55"/>
      </w:pPr>
      <w:r>
        <w:rPr>
          <w:rFonts w:ascii="Assistant" w:hAnsi="Assistant" w:cs="Assistant"/>
          <w:b/>
          <w:color w:val="FFFFFF"/>
          <w:sz w:val="30"/>
          <w:rtl w:val="1"/>
          <w:bCs/>
          <w:szCs w:val="30"/>
        </w:rPr>
        <w:t xml:space="preserve">  חלק ג׳ – חושבים כמו גאוגרפים  </w:t>
      </w:r>
    </w:p>
    <w:p>
      <w:pPr>
        <w:bidi w:val="1"/>
        <w:spacing w:after="80"/>
        <w:jc w:val="right"/>
        <w:shd w:val="clear" w:color="auto" w:fill="e6f7ed"/>
      </w:pPr>
      <w:r>
        <w:rPr>
          <w:rFonts w:ascii="Assistant" w:hAnsi="Assistant" w:cs="Assistant"/>
          <w:b w:val="0"/>
          <w:sz w:val="21"/>
          <w:rtl w:val="1"/>
          <w:szCs w:val="21"/>
        </w:rPr>
        <w:t>כאן אין תשובה אחת נכונה. כתבו במשפטים מלאים והסבירו את דעתכם.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1. אילו הייתם מבקרים בעיר עולם, מה הייתם רוצים לראות?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הייתי רוצה לראות... כי...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/>
          <w:sz w:val="23"/>
          <w:rtl w:val="1"/>
          <w:bCs/>
          <w:szCs w:val="23"/>
        </w:rPr>
        <w:t>2. כתבו דבר אחד מהעולם ודבר אחד מקומי שיש ביישוב שלכם.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color w:val="666666"/>
          <w:sz w:val="21"/>
          <w:rtl w:val="1"/>
          <w:szCs w:val="21"/>
        </w:rPr>
        <w:t>✏️ התחילו כך: מהעולם: ... מקומי: ...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/>
          <w:color w:val="2E9D5B"/>
          <w:sz w:val="26"/>
          <w:rtl w:val="1"/>
          <w:bCs/>
          <w:szCs w:val="26"/>
        </w:rPr>
        <w:t>🎫 כרטיס יציאה – ערי עולם     שם: 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1. מהי עיר עולם?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2. תנו דוגמה לעיר עולם.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2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3. מה יש במרכז של עיר עולם?</w:t>
      </w:r>
    </w:p>
    <w:p>
      <w:pPr>
        <w:bidi w:val="1"/>
        <w:spacing w:after="40"/>
        <w:jc w:val="right"/>
      </w:pPr>
      <w:r>
        <w:rPr>
          <w:rFonts w:ascii="Assistant" w:hAnsi="Assistant" w:cs="Assistant"/>
          <w:b w:val="0"/>
          <w:color w:val="B9BFCC"/>
          <w:sz w:val="23"/>
          <w:rtl w:val="1"/>
          <w:szCs w:val="23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sz w:val="23"/>
          <w:rtl w:val="1"/>
          <w:szCs w:val="23"/>
        </w:rPr>
        <w:t>איך הבנתי?   ◯ הבנתי היטב    ◯ הבנתי חלקית    ◯ אני צריכים/ות עזרה</w:t>
      </w:r>
    </w:p>
    <w:p>
      <w:pPr>
        <w:bidi w:val="1"/>
        <w:spacing w:after="80"/>
        <w:jc w:val="right"/>
      </w:pPr>
      <w:r>
        <w:rPr>
          <w:rFonts w:ascii="Assistant" w:hAnsi="Assistant" w:cs="Assistant"/>
          <w:b w:val="0"/>
          <w:color w:val="555555"/>
          <w:sz w:val="23"/>
          <w:rtl w:val="1"/>
          <w:szCs w:val="23"/>
        </w:rPr>
        <w:t>✂ - - - - - - - - - - - - - - - - - - - - - - - - - - - - - - - - - - - - - -</w:t>
      </w:r>
    </w:p>
    <w:sectPr w:rsidR="00FC693F" w:rsidRPr="0006063C" w:rsidSect="00034616">
      <w:footerReference w:type="default" r:id="rId9"/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ssistant" w:hAnsi="Assistant" w:cs="Assistant"/>
        <w:b w:val="0"/>
        <w:color w:val="777777"/>
        <w:sz w:val="18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ssistant" w:hAnsi="Assistant" w:cs="Assistant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ערי עולם – חוברת תלמיד – בסיסי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